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2C33" w:rsidRPr="005E6CC7" w:rsidRDefault="00AE170E" w:rsidP="005E6CC7">
      <w:pPr>
        <w:spacing w:after="40" w:line="252" w:lineRule="auto"/>
        <w:jc w:val="center"/>
        <w:rPr>
          <w:rFonts w:cs="Arial"/>
          <w:bCs/>
          <w:lang w:val="es-CO"/>
        </w:rPr>
      </w:pPr>
      <w:r w:rsidRPr="005E6CC7">
        <w:rPr>
          <w:rFonts w:cs="Arial"/>
          <w:bCs/>
          <w:sz w:val="22"/>
          <w:lang w:val="es-CO"/>
        </w:rPr>
        <w:t>[NOMBRE DE LA EMPRESA CONTRATISTA]</w:t>
      </w:r>
    </w:p>
    <w:p w:rsidR="00002C33" w:rsidRPr="005E6CC7" w:rsidRDefault="00AE170E" w:rsidP="005E6CC7">
      <w:pPr>
        <w:spacing w:after="240" w:line="252" w:lineRule="auto"/>
        <w:jc w:val="center"/>
        <w:rPr>
          <w:rFonts w:cs="Arial"/>
          <w:bCs/>
          <w:lang w:val="es-CO"/>
        </w:rPr>
      </w:pPr>
      <w:r w:rsidRPr="005E6CC7">
        <w:rPr>
          <w:rFonts w:cs="Arial"/>
          <w:bCs/>
          <w:lang w:val="es-CO"/>
        </w:rPr>
        <w:t>NIT. ______________________________</w:t>
      </w:r>
    </w:p>
    <w:p w:rsidR="00002C33" w:rsidRPr="005E6CC7" w:rsidRDefault="00AE170E" w:rsidP="005E6CC7">
      <w:pPr>
        <w:spacing w:after="60" w:line="252" w:lineRule="auto"/>
        <w:jc w:val="center"/>
        <w:rPr>
          <w:rFonts w:cs="Arial"/>
          <w:bCs/>
          <w:lang w:val="es-CO"/>
        </w:rPr>
      </w:pPr>
      <w:r w:rsidRPr="005E6CC7">
        <w:rPr>
          <w:rFonts w:cs="Arial"/>
          <w:bCs/>
          <w:sz w:val="22"/>
          <w:lang w:val="es-CO"/>
        </w:rPr>
        <w:t>CERTIFICACIÓN DE APORTES A LA SEGURIDAD SOCIAL INTEGRAL Y PARAFISCALES</w:t>
      </w:r>
    </w:p>
    <w:p w:rsidR="00002C33" w:rsidRPr="005E6CC7" w:rsidRDefault="00AE170E" w:rsidP="005E6CC7">
      <w:pPr>
        <w:spacing w:after="280" w:line="252" w:lineRule="auto"/>
        <w:jc w:val="center"/>
        <w:rPr>
          <w:rFonts w:cs="Arial"/>
          <w:bCs/>
          <w:lang w:val="es-CO"/>
        </w:rPr>
      </w:pPr>
      <w:r w:rsidRPr="005E6CC7">
        <w:rPr>
          <w:rFonts w:cs="Arial"/>
          <w:bCs/>
          <w:lang w:val="es-CO"/>
        </w:rPr>
        <w:t>PERSONA JURÍDICA</w:t>
      </w:r>
    </w:p>
    <w:p w:rsidR="00002C33" w:rsidRPr="00AE170E" w:rsidRDefault="00AE170E" w:rsidP="005E6CC7">
      <w:pPr>
        <w:spacing w:after="280" w:line="252" w:lineRule="auto"/>
        <w:jc w:val="both"/>
        <w:rPr>
          <w:rFonts w:cs="Arial"/>
          <w:bCs/>
          <w:sz w:val="24"/>
          <w:szCs w:val="24"/>
          <w:lang w:val="es-CO"/>
        </w:rPr>
      </w:pPr>
      <w:r w:rsidRPr="00AE170E">
        <w:rPr>
          <w:rFonts w:cs="Arial"/>
          <w:bCs/>
          <w:sz w:val="24"/>
          <w:szCs w:val="24"/>
          <w:lang w:val="es-CO"/>
        </w:rPr>
        <w:t>Santiago de Cali, __</w:t>
      </w:r>
      <w:r w:rsidR="00BF7F63" w:rsidRPr="00AE170E">
        <w:rPr>
          <w:rFonts w:cs="Arial"/>
          <w:bCs/>
          <w:sz w:val="24"/>
          <w:szCs w:val="24"/>
          <w:lang w:val="es-CO"/>
        </w:rPr>
        <w:t xml:space="preserve">__ de __________________ </w:t>
      </w:r>
      <w:proofErr w:type="spellStart"/>
      <w:r w:rsidR="00BF7F63" w:rsidRPr="00AE170E">
        <w:rPr>
          <w:rFonts w:cs="Arial"/>
          <w:bCs/>
          <w:sz w:val="24"/>
          <w:szCs w:val="24"/>
          <w:lang w:val="es-CO"/>
        </w:rPr>
        <w:t>de</w:t>
      </w:r>
      <w:proofErr w:type="spellEnd"/>
      <w:r w:rsidR="00BF7F63" w:rsidRPr="00AE170E">
        <w:rPr>
          <w:rFonts w:cs="Arial"/>
          <w:bCs/>
          <w:sz w:val="24"/>
          <w:szCs w:val="24"/>
          <w:lang w:val="es-CO"/>
        </w:rPr>
        <w:t xml:space="preserve"> ______</w:t>
      </w:r>
      <w:r w:rsidRPr="00AE170E">
        <w:rPr>
          <w:rFonts w:cs="Arial"/>
          <w:bCs/>
          <w:sz w:val="24"/>
          <w:szCs w:val="24"/>
          <w:lang w:val="es-CO"/>
        </w:rPr>
        <w:t>.</w:t>
      </w:r>
    </w:p>
    <w:p w:rsidR="00002C33" w:rsidRPr="00AE170E" w:rsidRDefault="00AE170E" w:rsidP="005E6CC7">
      <w:pPr>
        <w:spacing w:after="40" w:line="252" w:lineRule="auto"/>
        <w:jc w:val="both"/>
        <w:rPr>
          <w:rFonts w:cs="Arial"/>
          <w:bCs/>
          <w:sz w:val="24"/>
          <w:szCs w:val="24"/>
          <w:lang w:val="es-CO"/>
        </w:rPr>
      </w:pPr>
      <w:r w:rsidRPr="00AE170E">
        <w:rPr>
          <w:rFonts w:cs="Arial"/>
          <w:bCs/>
          <w:sz w:val="24"/>
          <w:szCs w:val="24"/>
          <w:lang w:val="es-CO"/>
        </w:rPr>
        <w:t>Señores</w:t>
      </w:r>
    </w:p>
    <w:p w:rsidR="00002C33" w:rsidRPr="00AE170E" w:rsidRDefault="00AE170E" w:rsidP="005E6CC7">
      <w:pPr>
        <w:spacing w:after="40" w:line="252" w:lineRule="auto"/>
        <w:jc w:val="both"/>
        <w:rPr>
          <w:rFonts w:cs="Arial"/>
          <w:bCs/>
          <w:sz w:val="24"/>
          <w:szCs w:val="24"/>
          <w:lang w:val="es-CO"/>
        </w:rPr>
      </w:pPr>
      <w:r w:rsidRPr="00AE170E">
        <w:rPr>
          <w:rFonts w:cs="Arial"/>
          <w:bCs/>
          <w:sz w:val="24"/>
          <w:szCs w:val="24"/>
          <w:lang w:val="es-CO"/>
        </w:rPr>
        <w:t>RED DE SALUD DEL CENTRO E.S.E.</w:t>
      </w:r>
    </w:p>
    <w:p w:rsidR="00002C33" w:rsidRPr="00AE170E" w:rsidRDefault="00AE170E" w:rsidP="005E6CC7">
      <w:pPr>
        <w:spacing w:after="240" w:line="252" w:lineRule="auto"/>
        <w:jc w:val="both"/>
        <w:rPr>
          <w:rFonts w:cs="Arial"/>
          <w:bCs/>
          <w:sz w:val="24"/>
          <w:szCs w:val="24"/>
          <w:lang w:val="es-CO"/>
        </w:rPr>
      </w:pPr>
      <w:r w:rsidRPr="00AE170E">
        <w:rPr>
          <w:rFonts w:cs="Arial"/>
          <w:bCs/>
          <w:sz w:val="24"/>
          <w:szCs w:val="24"/>
          <w:lang w:val="es-CO"/>
        </w:rPr>
        <w:t>Cali – Colombia</w:t>
      </w:r>
    </w:p>
    <w:p w:rsidR="005E6CC7" w:rsidRPr="00AE170E" w:rsidRDefault="005E6CC7" w:rsidP="00AE170E">
      <w:pPr>
        <w:pStyle w:val="isselectedend"/>
        <w:spacing w:before="0" w:beforeAutospacing="0"/>
        <w:jc w:val="both"/>
        <w:rPr>
          <w:rFonts w:ascii="Arial" w:hAnsi="Arial" w:cs="Arial"/>
          <w:bCs/>
          <w:sz w:val="23"/>
          <w:szCs w:val="23"/>
        </w:rPr>
      </w:pPr>
      <w:r w:rsidRPr="00AE170E">
        <w:rPr>
          <w:rFonts w:ascii="Arial" w:hAnsi="Arial" w:cs="Arial"/>
          <w:bCs/>
          <w:sz w:val="23"/>
          <w:szCs w:val="23"/>
        </w:rPr>
        <w:t xml:space="preserve">Yo, ________________________________________________, identificado(a) con cédula de ciudadanía No. ____________________, actuando en calidad de </w:t>
      </w:r>
      <w:r w:rsidRPr="00AE170E">
        <w:rPr>
          <w:rStyle w:val="Textoennegrita"/>
          <w:rFonts w:ascii="Arial" w:hAnsi="Arial" w:cs="Arial"/>
          <w:b w:val="0"/>
          <w:sz w:val="23"/>
          <w:szCs w:val="23"/>
        </w:rPr>
        <w:t>Representante Legal / Revisor Fiscal</w:t>
      </w:r>
      <w:r w:rsidRPr="00AE170E">
        <w:rPr>
          <w:rFonts w:ascii="Arial" w:hAnsi="Arial" w:cs="Arial"/>
          <w:bCs/>
          <w:sz w:val="23"/>
          <w:szCs w:val="23"/>
        </w:rPr>
        <w:t xml:space="preserve"> de ________________________________________________, identificada con NIT No. ____________________, bajo la gravedad de juramento,</w:t>
      </w:r>
    </w:p>
    <w:p w:rsidR="005E6CC7" w:rsidRPr="004D7F0B" w:rsidRDefault="005E6CC7" w:rsidP="005E6CC7">
      <w:pPr>
        <w:pStyle w:val="Ttulo2"/>
        <w:jc w:val="center"/>
        <w:rPr>
          <w:rFonts w:ascii="Arial" w:hAnsi="Arial" w:cs="Arial"/>
          <w:color w:val="auto"/>
          <w:lang w:val="es-CO"/>
        </w:rPr>
      </w:pPr>
      <w:r w:rsidRPr="004D7F0B">
        <w:rPr>
          <w:rFonts w:ascii="Arial" w:hAnsi="Arial" w:cs="Arial"/>
          <w:color w:val="auto"/>
          <w:lang w:val="es-CO"/>
        </w:rPr>
        <w:t>CERTIFICO:</w:t>
      </w:r>
    </w:p>
    <w:p w:rsidR="005E6CC7" w:rsidRPr="005E6CC7" w:rsidRDefault="005E6CC7" w:rsidP="005E6CC7">
      <w:pPr>
        <w:pStyle w:val="isselectedend"/>
        <w:jc w:val="both"/>
        <w:rPr>
          <w:rFonts w:ascii="Arial" w:hAnsi="Arial" w:cs="Arial"/>
          <w:bCs/>
        </w:rPr>
      </w:pPr>
      <w:r w:rsidRPr="005E6CC7">
        <w:rPr>
          <w:rFonts w:ascii="Arial" w:hAnsi="Arial" w:cs="Arial"/>
          <w:bCs/>
        </w:rPr>
        <w:t xml:space="preserve">Que, de conformidad con lo establecido en el </w:t>
      </w:r>
      <w:r w:rsidRPr="005E6CC7">
        <w:rPr>
          <w:rStyle w:val="Textoennegrita"/>
          <w:rFonts w:ascii="Arial" w:hAnsi="Arial" w:cs="Arial"/>
          <w:b w:val="0"/>
        </w:rPr>
        <w:t>artíc</w:t>
      </w:r>
      <w:bookmarkStart w:id="0" w:name="_GoBack"/>
      <w:bookmarkEnd w:id="0"/>
      <w:r w:rsidRPr="005E6CC7">
        <w:rPr>
          <w:rStyle w:val="Textoennegrita"/>
          <w:rFonts w:ascii="Arial" w:hAnsi="Arial" w:cs="Arial"/>
          <w:b w:val="0"/>
        </w:rPr>
        <w:t>ulo 50 de la Ley 789 de 2002 y demás normas que lo modifiquen, adicionen o reglamenten</w:t>
      </w:r>
      <w:r w:rsidRPr="005E6CC7">
        <w:rPr>
          <w:rFonts w:ascii="Arial" w:hAnsi="Arial" w:cs="Arial"/>
          <w:bCs/>
        </w:rPr>
        <w:t xml:space="preserve">, la sociedad </w:t>
      </w:r>
      <w:r w:rsidRPr="005E6CC7">
        <w:rPr>
          <w:rStyle w:val="Textoennegrita"/>
          <w:rFonts w:ascii="Arial" w:hAnsi="Arial" w:cs="Arial"/>
          <w:b w:val="0"/>
        </w:rPr>
        <w:t>se encuentra al día en el pago de los aportes al Sistema de Seguridad Social Integral y de los aportes parafiscales que legalmente le corresponden</w:t>
      </w:r>
      <w:r w:rsidRPr="005E6CC7">
        <w:rPr>
          <w:rFonts w:ascii="Arial" w:hAnsi="Arial" w:cs="Arial"/>
          <w:bCs/>
        </w:rPr>
        <w:t>, respecto de sus empleados.</w:t>
      </w:r>
    </w:p>
    <w:p w:rsidR="005E6CC7" w:rsidRPr="005E6CC7" w:rsidRDefault="005E6CC7" w:rsidP="005E6CC7">
      <w:pPr>
        <w:pStyle w:val="isselectedend"/>
        <w:jc w:val="both"/>
        <w:rPr>
          <w:rFonts w:ascii="Arial" w:hAnsi="Arial" w:cs="Arial"/>
          <w:bCs/>
        </w:rPr>
      </w:pPr>
      <w:r w:rsidRPr="005E6CC7">
        <w:rPr>
          <w:rFonts w:ascii="Arial" w:hAnsi="Arial" w:cs="Arial"/>
          <w:bCs/>
        </w:rPr>
        <w:t xml:space="preserve">En particular, certifico que la sociedad </w:t>
      </w:r>
      <w:r w:rsidRPr="005E6CC7">
        <w:rPr>
          <w:rStyle w:val="Textoennegrita"/>
          <w:rFonts w:ascii="Arial" w:hAnsi="Arial" w:cs="Arial"/>
          <w:b w:val="0"/>
        </w:rPr>
        <w:t>ha efectuado correcta y oportunamente el pago de los aportes correspondientes a los seis (6) meses anteriores a la fecha de expedición de la presente certificación</w:t>
      </w:r>
      <w:r w:rsidRPr="005E6CC7">
        <w:rPr>
          <w:rFonts w:ascii="Arial" w:hAnsi="Arial" w:cs="Arial"/>
          <w:bCs/>
        </w:rPr>
        <w:t xml:space="preserve">, </w:t>
      </w:r>
    </w:p>
    <w:p w:rsidR="005E6CC7" w:rsidRPr="005E6CC7" w:rsidRDefault="005E6CC7" w:rsidP="005E6CC7">
      <w:pPr>
        <w:pStyle w:val="isselectedend"/>
        <w:jc w:val="both"/>
        <w:rPr>
          <w:rFonts w:ascii="Arial" w:hAnsi="Arial" w:cs="Arial"/>
          <w:bCs/>
        </w:rPr>
      </w:pPr>
      <w:r w:rsidRPr="005E6CC7">
        <w:rPr>
          <w:rFonts w:ascii="Arial" w:hAnsi="Arial" w:cs="Arial"/>
          <w:bCs/>
        </w:rPr>
        <w:t xml:space="preserve">Igualmente, certifico que a la fecha de expedición del presente documento </w:t>
      </w:r>
      <w:r w:rsidRPr="005E6CC7">
        <w:rPr>
          <w:rStyle w:val="Textoennegrita"/>
          <w:rFonts w:ascii="Arial" w:hAnsi="Arial" w:cs="Arial"/>
          <w:b w:val="0"/>
        </w:rPr>
        <w:t>no existen obligaciones exigibles pendientes de pago a cargo de la sociedad por los conceptos anteriormente señalados correspondientes al período aquí certificado</w:t>
      </w:r>
      <w:r w:rsidRPr="005E6CC7">
        <w:rPr>
          <w:rFonts w:ascii="Arial" w:hAnsi="Arial" w:cs="Arial"/>
          <w:bCs/>
        </w:rPr>
        <w:t>.</w:t>
      </w:r>
    </w:p>
    <w:p w:rsidR="005E6CC7" w:rsidRPr="005E6CC7" w:rsidRDefault="005E6CC7" w:rsidP="005E6CC7">
      <w:pPr>
        <w:pStyle w:val="isselectedend"/>
        <w:jc w:val="both"/>
        <w:rPr>
          <w:rFonts w:ascii="Arial" w:hAnsi="Arial" w:cs="Arial"/>
          <w:bCs/>
        </w:rPr>
      </w:pPr>
      <w:r w:rsidRPr="005E6CC7">
        <w:rPr>
          <w:rStyle w:val="Textoennegrita"/>
          <w:rFonts w:ascii="Arial" w:hAnsi="Arial" w:cs="Arial"/>
          <w:b w:val="0"/>
        </w:rPr>
        <w:t>PARÁGRAFO.</w:t>
      </w:r>
      <w:r w:rsidRPr="005E6CC7">
        <w:rPr>
          <w:rFonts w:ascii="Arial" w:hAnsi="Arial" w:cs="Arial"/>
          <w:bCs/>
        </w:rPr>
        <w:t xml:space="preserve"> En caso de que la sociedad tenga menos de seis (6) meses de constituida, la presente certificación comprenderá el período transcurrido desde la fecha de su constitución hasta la fecha de expedición de este documento.</w:t>
      </w:r>
    </w:p>
    <w:p w:rsidR="005E6CC7" w:rsidRPr="005E6CC7" w:rsidRDefault="005E6CC7" w:rsidP="005E6CC7">
      <w:pPr>
        <w:pStyle w:val="isselectedend"/>
        <w:jc w:val="both"/>
        <w:rPr>
          <w:rFonts w:ascii="Arial" w:hAnsi="Arial" w:cs="Arial"/>
          <w:bCs/>
        </w:rPr>
      </w:pPr>
      <w:r w:rsidRPr="005E6CC7">
        <w:rPr>
          <w:rFonts w:ascii="Arial" w:hAnsi="Arial" w:cs="Arial"/>
          <w:bCs/>
        </w:rPr>
        <w:t>Para constancia, se firma en Santiago de Cali, a los ____ días del m</w:t>
      </w:r>
      <w:r w:rsidR="008A0807">
        <w:rPr>
          <w:rFonts w:ascii="Arial" w:hAnsi="Arial" w:cs="Arial"/>
          <w:bCs/>
        </w:rPr>
        <w:t xml:space="preserve">es de __________________ </w:t>
      </w:r>
      <w:proofErr w:type="spellStart"/>
      <w:r w:rsidR="008A0807">
        <w:rPr>
          <w:rFonts w:ascii="Arial" w:hAnsi="Arial" w:cs="Arial"/>
          <w:bCs/>
        </w:rPr>
        <w:t>de</w:t>
      </w:r>
      <w:proofErr w:type="spellEnd"/>
      <w:r w:rsidR="008A0807">
        <w:rPr>
          <w:rFonts w:ascii="Arial" w:hAnsi="Arial" w:cs="Arial"/>
          <w:bCs/>
        </w:rPr>
        <w:t xml:space="preserve"> _______</w:t>
      </w:r>
      <w:r w:rsidRPr="005E6CC7">
        <w:rPr>
          <w:rFonts w:ascii="Arial" w:hAnsi="Arial" w:cs="Arial"/>
          <w:bCs/>
        </w:rPr>
        <w:t>.</w:t>
      </w:r>
    </w:p>
    <w:p w:rsidR="005E6CC7" w:rsidRPr="005E6CC7" w:rsidRDefault="005E6CC7" w:rsidP="005E6CC7">
      <w:pPr>
        <w:pStyle w:val="isselectedend"/>
        <w:jc w:val="both"/>
        <w:rPr>
          <w:rFonts w:ascii="Arial" w:hAnsi="Arial" w:cs="Arial"/>
          <w:bCs/>
        </w:rPr>
      </w:pPr>
      <w:r w:rsidRPr="005E6CC7">
        <w:rPr>
          <w:rFonts w:ascii="Arial" w:hAnsi="Arial" w:cs="Arial"/>
          <w:bCs/>
        </w:rPr>
        <w:t>Cordialmente,</w:t>
      </w:r>
    </w:p>
    <w:p w:rsidR="005E6CC7" w:rsidRPr="005E6CC7" w:rsidRDefault="00AE170E" w:rsidP="005E6CC7">
      <w:pPr>
        <w:jc w:val="both"/>
        <w:rPr>
          <w:rFonts w:cs="Arial"/>
          <w:bCs/>
        </w:rPr>
      </w:pPr>
      <w:r>
        <w:rPr>
          <w:rFonts w:cs="Arial"/>
          <w:noProof/>
        </w:rPr>
        <w:pict>
          <v:rect id="_x0000_i1025" alt="" style="width:441.9pt;height:.05pt;mso-width-percent:0;mso-height-percent:0;mso-width-percent:0;mso-height-percent:0" o:hralign="center" o:hrstd="t" o:hr="t" fillcolor="#a0a0a0" stroked="f"/>
        </w:pict>
      </w:r>
    </w:p>
    <w:p w:rsidR="00002C33" w:rsidRPr="005E6CC7" w:rsidRDefault="005E6CC7" w:rsidP="005E6CC7">
      <w:pPr>
        <w:pStyle w:val="isselectedend"/>
        <w:rPr>
          <w:rFonts w:ascii="Arial" w:hAnsi="Arial" w:cs="Arial"/>
          <w:bCs/>
        </w:rPr>
      </w:pPr>
      <w:r w:rsidRPr="005E6CC7">
        <w:rPr>
          <w:rStyle w:val="Textoennegrita"/>
          <w:rFonts w:ascii="Arial" w:hAnsi="Arial" w:cs="Arial"/>
          <w:b w:val="0"/>
        </w:rPr>
        <w:t>NOMBRE:</w:t>
      </w:r>
      <w:r w:rsidRPr="005E6CC7">
        <w:rPr>
          <w:rFonts w:ascii="Arial" w:hAnsi="Arial" w:cs="Arial"/>
          <w:bCs/>
        </w:rPr>
        <w:t xml:space="preserve"> ____________________________________</w:t>
      </w:r>
      <w:r w:rsidRPr="005E6CC7">
        <w:rPr>
          <w:rFonts w:ascii="Arial" w:hAnsi="Arial" w:cs="Arial"/>
          <w:bCs/>
        </w:rPr>
        <w:br/>
      </w:r>
      <w:r w:rsidRPr="005E6CC7">
        <w:rPr>
          <w:rStyle w:val="Textoennegrita"/>
          <w:rFonts w:ascii="Arial" w:hAnsi="Arial" w:cs="Arial"/>
          <w:b w:val="0"/>
        </w:rPr>
        <w:t>CALIDAD:</w:t>
      </w:r>
      <w:r w:rsidRPr="005E6CC7">
        <w:rPr>
          <w:rFonts w:ascii="Arial" w:hAnsi="Arial" w:cs="Arial"/>
          <w:bCs/>
        </w:rPr>
        <w:t xml:space="preserve"> </w:t>
      </w:r>
      <w:r w:rsidR="008A0807">
        <w:rPr>
          <w:rFonts w:ascii="Arial" w:hAnsi="Arial" w:cs="Arial"/>
          <w:bCs/>
        </w:rPr>
        <w:t>____________________________</w:t>
      </w:r>
      <w:r w:rsidR="008A0807" w:rsidRPr="003D6997">
        <w:rPr>
          <w:rFonts w:ascii="Arial" w:hAnsi="Arial" w:cs="Arial"/>
          <w:bCs/>
          <w:i/>
          <w:sz w:val="22"/>
          <w:highlight w:val="yellow"/>
        </w:rPr>
        <w:t>(</w:t>
      </w:r>
      <w:r w:rsidRPr="003D6997">
        <w:rPr>
          <w:rFonts w:ascii="Arial" w:hAnsi="Arial" w:cs="Arial"/>
          <w:bCs/>
          <w:i/>
          <w:sz w:val="22"/>
          <w:highlight w:val="yellow"/>
        </w:rPr>
        <w:t>Representante Legal / Revisor Fiscal</w:t>
      </w:r>
      <w:r w:rsidR="008A0807" w:rsidRPr="003D6997">
        <w:rPr>
          <w:rFonts w:ascii="Arial" w:hAnsi="Arial" w:cs="Arial"/>
          <w:bCs/>
          <w:i/>
          <w:sz w:val="22"/>
          <w:highlight w:val="yellow"/>
        </w:rPr>
        <w:t>)</w:t>
      </w:r>
      <w:r w:rsidRPr="005E6CC7">
        <w:rPr>
          <w:rFonts w:ascii="Arial" w:hAnsi="Arial" w:cs="Arial"/>
          <w:bCs/>
        </w:rPr>
        <w:br/>
      </w:r>
      <w:r w:rsidRPr="005E6CC7">
        <w:rPr>
          <w:rStyle w:val="Textoennegrita"/>
          <w:rFonts w:ascii="Arial" w:hAnsi="Arial" w:cs="Arial"/>
          <w:b w:val="0"/>
        </w:rPr>
        <w:t>C.C. No.:</w:t>
      </w:r>
      <w:r w:rsidRPr="005E6CC7">
        <w:rPr>
          <w:rFonts w:ascii="Arial" w:hAnsi="Arial" w:cs="Arial"/>
          <w:bCs/>
        </w:rPr>
        <w:t xml:space="preserve"> ___________________________________</w:t>
      </w:r>
      <w:r w:rsidRPr="005E6CC7">
        <w:rPr>
          <w:rFonts w:ascii="Arial" w:hAnsi="Arial" w:cs="Arial"/>
          <w:bCs/>
        </w:rPr>
        <w:br/>
      </w:r>
      <w:r w:rsidRPr="005E6CC7">
        <w:rPr>
          <w:rStyle w:val="Textoennegrita"/>
          <w:rFonts w:ascii="Arial" w:hAnsi="Arial" w:cs="Arial"/>
          <w:b w:val="0"/>
        </w:rPr>
        <w:t>T.P. No.:</w:t>
      </w:r>
      <w:r w:rsidRPr="005E6CC7">
        <w:rPr>
          <w:rFonts w:ascii="Arial" w:hAnsi="Arial" w:cs="Arial"/>
          <w:bCs/>
        </w:rPr>
        <w:t xml:space="preserve"> ____________________ </w:t>
      </w:r>
      <w:r w:rsidRPr="003D6997">
        <w:rPr>
          <w:rStyle w:val="nfasis"/>
          <w:rFonts w:ascii="Arial" w:hAnsi="Arial" w:cs="Arial"/>
          <w:bCs/>
          <w:sz w:val="22"/>
          <w:highlight w:val="yellow"/>
        </w:rPr>
        <w:t>(cuando sea suscrita por Revisor Fiscal)</w:t>
      </w:r>
      <w:r w:rsidRPr="005E6CC7">
        <w:rPr>
          <w:rFonts w:ascii="Arial" w:hAnsi="Arial" w:cs="Arial"/>
          <w:bCs/>
        </w:rPr>
        <w:br/>
      </w:r>
      <w:r w:rsidRPr="005E6CC7">
        <w:rPr>
          <w:rStyle w:val="Textoennegrita"/>
          <w:rFonts w:ascii="Arial" w:hAnsi="Arial" w:cs="Arial"/>
          <w:b w:val="0"/>
        </w:rPr>
        <w:t>NIT DE LA SOCIEDAD:</w:t>
      </w:r>
      <w:r w:rsidRPr="005E6CC7">
        <w:rPr>
          <w:rFonts w:ascii="Arial" w:hAnsi="Arial" w:cs="Arial"/>
          <w:bCs/>
        </w:rPr>
        <w:t xml:space="preserve"> ________________________ a</w:t>
      </w:r>
    </w:p>
    <w:sectPr w:rsidR="00002C33" w:rsidRPr="005E6CC7" w:rsidSect="00034616">
      <w:headerReference w:type="default" r:id="rId8"/>
      <w:pgSz w:w="12240" w:h="15840"/>
      <w:pgMar w:top="1134" w:right="1361" w:bottom="1134"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5E68" w:rsidRDefault="002B5E68" w:rsidP="005E6CC7">
      <w:pPr>
        <w:spacing w:after="0" w:line="240" w:lineRule="auto"/>
      </w:pPr>
      <w:r>
        <w:separator/>
      </w:r>
    </w:p>
  </w:endnote>
  <w:endnote w:type="continuationSeparator" w:id="0">
    <w:p w:rsidR="002B5E68" w:rsidRDefault="002B5E68" w:rsidP="005E6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5E68" w:rsidRDefault="002B5E68" w:rsidP="005E6CC7">
      <w:pPr>
        <w:spacing w:after="0" w:line="240" w:lineRule="auto"/>
      </w:pPr>
      <w:r>
        <w:separator/>
      </w:r>
    </w:p>
  </w:footnote>
  <w:footnote w:type="continuationSeparator" w:id="0">
    <w:p w:rsidR="002B5E68" w:rsidRDefault="002B5E68" w:rsidP="005E6C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CC7" w:rsidRDefault="005E6CC7" w:rsidP="005E6CC7">
    <w:pPr>
      <w:pStyle w:val="Encabezado"/>
      <w:jc w:val="center"/>
    </w:pPr>
    <w:r w:rsidRPr="004D7F0B">
      <w:rPr>
        <w:highlight w:val="yellow"/>
      </w:rPr>
      <w:t>PROPUESTA -OPCIONAL</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14C21514"/>
    <w:multiLevelType w:val="multilevel"/>
    <w:tmpl w:val="A74E0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2C33"/>
    <w:rsid w:val="00034616"/>
    <w:rsid w:val="0006063C"/>
    <w:rsid w:val="000B57E4"/>
    <w:rsid w:val="0015074B"/>
    <w:rsid w:val="0029639D"/>
    <w:rsid w:val="002B5E68"/>
    <w:rsid w:val="00326F90"/>
    <w:rsid w:val="003D6997"/>
    <w:rsid w:val="004D7F0B"/>
    <w:rsid w:val="005E6CC7"/>
    <w:rsid w:val="008A0807"/>
    <w:rsid w:val="00AA1D8D"/>
    <w:rsid w:val="00AE170E"/>
    <w:rsid w:val="00B47730"/>
    <w:rsid w:val="00BF7F63"/>
    <w:rsid w:val="00CB0664"/>
    <w:rsid w:val="00D6522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FB448BB"/>
  <w14:defaultImageDpi w14:val="300"/>
  <w15:docId w15:val="{440A98F8-1D26-7D4A-A1E1-971880637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hAnsi="Arial"/>
      <w:sz w:val="20"/>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5E6CC7"/>
    <w:pPr>
      <w:spacing w:before="100" w:beforeAutospacing="1" w:after="100" w:afterAutospacing="1" w:line="240" w:lineRule="auto"/>
    </w:pPr>
    <w:rPr>
      <w:rFonts w:ascii="Times New Roman" w:eastAsia="Times New Roman" w:hAnsi="Times New Roman" w:cs="Times New Roman"/>
      <w:sz w:val="24"/>
      <w:szCs w:val="24"/>
      <w:lang w:val="es-CO" w:eastAsia="es-MX"/>
    </w:rPr>
  </w:style>
  <w:style w:type="paragraph" w:styleId="NormalWeb">
    <w:name w:val="Normal (Web)"/>
    <w:basedOn w:val="Normal"/>
    <w:uiPriority w:val="99"/>
    <w:semiHidden/>
    <w:unhideWhenUsed/>
    <w:rsid w:val="005E6CC7"/>
    <w:pPr>
      <w:spacing w:before="100" w:beforeAutospacing="1" w:after="100" w:afterAutospacing="1" w:line="240" w:lineRule="auto"/>
    </w:pPr>
    <w:rPr>
      <w:rFonts w:ascii="Times New Roman" w:eastAsia="Times New Roman" w:hAnsi="Times New Roman" w:cs="Times New Roman"/>
      <w:sz w:val="24"/>
      <w:szCs w:val="24"/>
      <w:lang w:val="es-CO"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9872814">
      <w:bodyDiv w:val="1"/>
      <w:marLeft w:val="0"/>
      <w:marRight w:val="0"/>
      <w:marTop w:val="0"/>
      <w:marBottom w:val="0"/>
      <w:divBdr>
        <w:top w:val="none" w:sz="0" w:space="0" w:color="auto"/>
        <w:left w:val="none" w:sz="0" w:space="0" w:color="auto"/>
        <w:bottom w:val="none" w:sz="0" w:space="0" w:color="auto"/>
        <w:right w:val="none" w:sz="0" w:space="0" w:color="auto"/>
      </w:divBdr>
      <w:divsChild>
        <w:div w:id="32278075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D5273F-5648-44BC-B4D8-9D58BDB05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307</Words>
  <Characters>1691</Characters>
  <Application>Microsoft Office Word</Application>
  <DocSecurity>0</DocSecurity>
  <Lines>14</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1995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Soporte</cp:lastModifiedBy>
  <cp:revision>12</cp:revision>
  <dcterms:created xsi:type="dcterms:W3CDTF">2026-08-20T16:55:00Z</dcterms:created>
  <dcterms:modified xsi:type="dcterms:W3CDTF">2026-08-20T17:01:00Z</dcterms:modified>
  <cp:category/>
</cp:coreProperties>
</file>